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5E4D01" w14:textId="77777777" w:rsidR="009500F9" w:rsidRDefault="00000000">
      <w:pPr>
        <w:spacing w:after="60" w:line="240" w:lineRule="auto"/>
        <w:jc w:val="center"/>
      </w:pPr>
      <w:r>
        <w:rPr>
          <w:b/>
          <w:color w:val="103F3A"/>
          <w:sz w:val="32"/>
        </w:rPr>
        <w:t>NIKA PET FOOD LTD</w:t>
      </w:r>
    </w:p>
    <w:p w14:paraId="34BD00FF" w14:textId="77777777" w:rsidR="009500F9" w:rsidRDefault="00000000">
      <w:pPr>
        <w:spacing w:after="60" w:line="240" w:lineRule="auto"/>
        <w:jc w:val="center"/>
      </w:pPr>
      <w:r>
        <w:rPr>
          <w:b/>
          <w:sz w:val="28"/>
        </w:rPr>
        <w:t>3-Month Dog Food Subscription Agreement and Terms</w:t>
      </w:r>
    </w:p>
    <w:p w14:paraId="51DC041D" w14:textId="77777777" w:rsidR="009500F9" w:rsidRDefault="00000000">
      <w:pPr>
        <w:spacing w:after="60" w:line="240" w:lineRule="auto"/>
        <w:jc w:val="center"/>
      </w:pPr>
      <w:r>
        <w:rPr>
          <w:i/>
        </w:rPr>
        <w:t>Version 2.1 Draft | 13 May 2026</w:t>
      </w:r>
    </w:p>
    <w:p w14:paraId="00969F56" w14:textId="77777777" w:rsidR="009500F9" w:rsidRDefault="00000000">
      <w:pPr>
        <w:pStyle w:val="BodyText"/>
        <w:spacing w:after="60" w:line="240" w:lineRule="auto"/>
      </w:pPr>
      <w:r>
        <w:t>This agreement is made between NIKA PET FOOD LTD and the subscriber named below. By signing this document, the subscriber confirms that they have read, understood and agreed to the Subscription Details and Terms set out below.</w:t>
      </w:r>
    </w:p>
    <w:p w14:paraId="2D6B4EB4" w14:textId="77777777" w:rsidR="009500F9" w:rsidRDefault="00000000">
      <w:pPr>
        <w:pStyle w:val="Heading2"/>
        <w:spacing w:before="0" w:after="60" w:line="240" w:lineRule="auto"/>
      </w:pPr>
      <w:r>
        <w:t>1. Supplier details</w:t>
      </w:r>
    </w:p>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3240"/>
        <w:gridCol w:w="5976"/>
      </w:tblGrid>
      <w:tr w:rsidR="009500F9" w14:paraId="46ECEA89" w14:textId="77777777">
        <w:trPr>
          <w:jc w:val="center"/>
        </w:trPr>
        <w:tc>
          <w:tcPr>
            <w:tcW w:w="3240" w:type="dxa"/>
            <w:shd w:val="clear" w:color="auto" w:fill="EAF4F3"/>
            <w:vAlign w:val="center"/>
          </w:tcPr>
          <w:p w14:paraId="08B72C88" w14:textId="77777777" w:rsidR="009500F9" w:rsidRDefault="00000000">
            <w:r>
              <w:rPr>
                <w:b/>
              </w:rPr>
              <w:t>Company</w:t>
            </w:r>
          </w:p>
        </w:tc>
        <w:tc>
          <w:tcPr>
            <w:tcW w:w="5976" w:type="dxa"/>
            <w:vAlign w:val="center"/>
          </w:tcPr>
          <w:p w14:paraId="763413EA" w14:textId="77777777" w:rsidR="009500F9" w:rsidRDefault="00000000">
            <w:r>
              <w:t>NIKA PET FOOD LTD</w:t>
            </w:r>
          </w:p>
        </w:tc>
      </w:tr>
      <w:tr w:rsidR="009500F9" w14:paraId="02BCB67D" w14:textId="77777777">
        <w:trPr>
          <w:jc w:val="center"/>
        </w:trPr>
        <w:tc>
          <w:tcPr>
            <w:tcW w:w="3240" w:type="dxa"/>
            <w:shd w:val="clear" w:color="auto" w:fill="EAF4F3"/>
            <w:vAlign w:val="center"/>
          </w:tcPr>
          <w:p w14:paraId="09EE6902" w14:textId="77777777" w:rsidR="009500F9" w:rsidRDefault="00000000">
            <w:r>
              <w:rPr>
                <w:b/>
              </w:rPr>
              <w:t>Company number</w:t>
            </w:r>
          </w:p>
        </w:tc>
        <w:tc>
          <w:tcPr>
            <w:tcW w:w="5976" w:type="dxa"/>
            <w:vAlign w:val="center"/>
          </w:tcPr>
          <w:p w14:paraId="1A3F2009" w14:textId="77777777" w:rsidR="009500F9" w:rsidRDefault="00000000">
            <w:r>
              <w:t>15940847</w:t>
            </w:r>
          </w:p>
        </w:tc>
      </w:tr>
      <w:tr w:rsidR="009500F9" w14:paraId="4CFFA4B1" w14:textId="77777777">
        <w:trPr>
          <w:jc w:val="center"/>
        </w:trPr>
        <w:tc>
          <w:tcPr>
            <w:tcW w:w="3240" w:type="dxa"/>
            <w:shd w:val="clear" w:color="auto" w:fill="EAF4F3"/>
            <w:vAlign w:val="center"/>
          </w:tcPr>
          <w:p w14:paraId="1CB19C40" w14:textId="77777777" w:rsidR="009500F9" w:rsidRDefault="00000000">
            <w:r>
              <w:rPr>
                <w:b/>
              </w:rPr>
              <w:t>Trading address</w:t>
            </w:r>
          </w:p>
        </w:tc>
        <w:tc>
          <w:tcPr>
            <w:tcW w:w="5976" w:type="dxa"/>
            <w:vAlign w:val="center"/>
          </w:tcPr>
          <w:p w14:paraId="64C3F7A0" w14:textId="77777777" w:rsidR="009500F9" w:rsidRDefault="00000000">
            <w:r>
              <w:t>Bay 8, Marine Road, Pevensey Bay, BN24 6EG, United Kingdom</w:t>
            </w:r>
          </w:p>
        </w:tc>
      </w:tr>
      <w:tr w:rsidR="009500F9" w14:paraId="24E3D93B" w14:textId="77777777">
        <w:trPr>
          <w:jc w:val="center"/>
        </w:trPr>
        <w:tc>
          <w:tcPr>
            <w:tcW w:w="3240" w:type="dxa"/>
            <w:shd w:val="clear" w:color="auto" w:fill="EAF4F3"/>
            <w:vAlign w:val="center"/>
          </w:tcPr>
          <w:p w14:paraId="065E05E7" w14:textId="77777777" w:rsidR="009500F9" w:rsidRDefault="00000000">
            <w:r>
              <w:rPr>
                <w:b/>
              </w:rPr>
              <w:t>Contact</w:t>
            </w:r>
          </w:p>
        </w:tc>
        <w:tc>
          <w:tcPr>
            <w:tcW w:w="5976" w:type="dxa"/>
            <w:vAlign w:val="center"/>
          </w:tcPr>
          <w:p w14:paraId="60151C19" w14:textId="77777777" w:rsidR="009500F9" w:rsidRDefault="00000000">
            <w:r>
              <w:t>info@nikapetfood.com | 01323 360276 | www.nikapetfood.com</w:t>
            </w:r>
          </w:p>
        </w:tc>
      </w:tr>
    </w:tbl>
    <w:p w14:paraId="5411605C" w14:textId="77777777" w:rsidR="009500F9" w:rsidRDefault="00000000">
      <w:pPr>
        <w:pStyle w:val="Heading2"/>
        <w:spacing w:before="0" w:after="60" w:line="240" w:lineRule="auto"/>
      </w:pPr>
      <w:r>
        <w:t>2. Subscriber details</w:t>
      </w:r>
    </w:p>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3240"/>
        <w:gridCol w:w="5976"/>
      </w:tblGrid>
      <w:tr w:rsidR="009500F9" w14:paraId="1A47045F" w14:textId="77777777">
        <w:trPr>
          <w:jc w:val="center"/>
        </w:trPr>
        <w:tc>
          <w:tcPr>
            <w:tcW w:w="3240" w:type="dxa"/>
            <w:shd w:val="clear" w:color="auto" w:fill="EAF4F3"/>
            <w:vAlign w:val="center"/>
          </w:tcPr>
          <w:p w14:paraId="39AA7E8B" w14:textId="77777777" w:rsidR="009500F9" w:rsidRDefault="00000000">
            <w:r>
              <w:rPr>
                <w:b/>
              </w:rPr>
              <w:t>Full name</w:t>
            </w:r>
          </w:p>
        </w:tc>
        <w:tc>
          <w:tcPr>
            <w:tcW w:w="5976" w:type="dxa"/>
            <w:vAlign w:val="center"/>
          </w:tcPr>
          <w:p w14:paraId="5CC55B28" w14:textId="77777777" w:rsidR="009500F9" w:rsidRDefault="00000000">
            <w:r>
              <w:t>[complete]</w:t>
            </w:r>
          </w:p>
        </w:tc>
      </w:tr>
      <w:tr w:rsidR="009500F9" w14:paraId="61FC36ED" w14:textId="77777777">
        <w:trPr>
          <w:jc w:val="center"/>
        </w:trPr>
        <w:tc>
          <w:tcPr>
            <w:tcW w:w="3240" w:type="dxa"/>
            <w:shd w:val="clear" w:color="auto" w:fill="EAF4F3"/>
            <w:vAlign w:val="center"/>
          </w:tcPr>
          <w:p w14:paraId="317F6723" w14:textId="77777777" w:rsidR="009500F9" w:rsidRDefault="00000000">
            <w:r>
              <w:rPr>
                <w:b/>
              </w:rPr>
              <w:t>Email address</w:t>
            </w:r>
          </w:p>
        </w:tc>
        <w:tc>
          <w:tcPr>
            <w:tcW w:w="5976" w:type="dxa"/>
            <w:vAlign w:val="center"/>
          </w:tcPr>
          <w:p w14:paraId="7FA46D26" w14:textId="77777777" w:rsidR="009500F9" w:rsidRDefault="00000000">
            <w:r>
              <w:t>[complete]</w:t>
            </w:r>
          </w:p>
        </w:tc>
      </w:tr>
      <w:tr w:rsidR="009500F9" w14:paraId="3FBCB630" w14:textId="77777777">
        <w:trPr>
          <w:jc w:val="center"/>
        </w:trPr>
        <w:tc>
          <w:tcPr>
            <w:tcW w:w="3240" w:type="dxa"/>
            <w:shd w:val="clear" w:color="auto" w:fill="EAF4F3"/>
            <w:vAlign w:val="center"/>
          </w:tcPr>
          <w:p w14:paraId="23D40022" w14:textId="77777777" w:rsidR="009500F9" w:rsidRDefault="00000000">
            <w:r>
              <w:rPr>
                <w:b/>
              </w:rPr>
              <w:t>Phone number</w:t>
            </w:r>
          </w:p>
        </w:tc>
        <w:tc>
          <w:tcPr>
            <w:tcW w:w="5976" w:type="dxa"/>
            <w:vAlign w:val="center"/>
          </w:tcPr>
          <w:p w14:paraId="1715F09F" w14:textId="77777777" w:rsidR="009500F9" w:rsidRDefault="00000000">
            <w:r>
              <w:t>[complete]</w:t>
            </w:r>
          </w:p>
        </w:tc>
      </w:tr>
      <w:tr w:rsidR="009500F9" w14:paraId="391F14F4" w14:textId="77777777">
        <w:trPr>
          <w:jc w:val="center"/>
        </w:trPr>
        <w:tc>
          <w:tcPr>
            <w:tcW w:w="3240" w:type="dxa"/>
            <w:shd w:val="clear" w:color="auto" w:fill="EAF4F3"/>
            <w:vAlign w:val="center"/>
          </w:tcPr>
          <w:p w14:paraId="45A632A4" w14:textId="77777777" w:rsidR="009500F9" w:rsidRDefault="00000000">
            <w:r>
              <w:rPr>
                <w:b/>
              </w:rPr>
              <w:t>Billing address</w:t>
            </w:r>
          </w:p>
        </w:tc>
        <w:tc>
          <w:tcPr>
            <w:tcW w:w="5976" w:type="dxa"/>
            <w:vAlign w:val="center"/>
          </w:tcPr>
          <w:p w14:paraId="13F1AA4D" w14:textId="77777777" w:rsidR="009500F9" w:rsidRDefault="00000000">
            <w:r>
              <w:t>[complete]</w:t>
            </w:r>
          </w:p>
        </w:tc>
      </w:tr>
      <w:tr w:rsidR="009500F9" w14:paraId="4DB0FB0A" w14:textId="77777777">
        <w:trPr>
          <w:jc w:val="center"/>
        </w:trPr>
        <w:tc>
          <w:tcPr>
            <w:tcW w:w="3240" w:type="dxa"/>
            <w:shd w:val="clear" w:color="auto" w:fill="EAF4F3"/>
            <w:vAlign w:val="center"/>
          </w:tcPr>
          <w:p w14:paraId="7873AB54" w14:textId="77777777" w:rsidR="009500F9" w:rsidRDefault="00000000">
            <w:r>
              <w:rPr>
                <w:b/>
              </w:rPr>
              <w:t>Delivery address, if different</w:t>
            </w:r>
          </w:p>
        </w:tc>
        <w:tc>
          <w:tcPr>
            <w:tcW w:w="5976" w:type="dxa"/>
            <w:vAlign w:val="center"/>
          </w:tcPr>
          <w:p w14:paraId="0880BBCA" w14:textId="77777777" w:rsidR="009500F9" w:rsidRDefault="00000000">
            <w:r>
              <w:t>[complete]</w:t>
            </w:r>
          </w:p>
        </w:tc>
      </w:tr>
      <w:tr w:rsidR="009500F9" w14:paraId="4669D6CE" w14:textId="77777777">
        <w:trPr>
          <w:jc w:val="center"/>
        </w:trPr>
        <w:tc>
          <w:tcPr>
            <w:tcW w:w="3240" w:type="dxa"/>
            <w:shd w:val="clear" w:color="auto" w:fill="EAF4F3"/>
            <w:vAlign w:val="center"/>
          </w:tcPr>
          <w:p w14:paraId="199B937D" w14:textId="77777777" w:rsidR="009500F9" w:rsidRDefault="00000000">
            <w:r>
              <w:rPr>
                <w:b/>
              </w:rPr>
              <w:t>Dog name(s)</w:t>
            </w:r>
          </w:p>
        </w:tc>
        <w:tc>
          <w:tcPr>
            <w:tcW w:w="5976" w:type="dxa"/>
            <w:vAlign w:val="center"/>
          </w:tcPr>
          <w:p w14:paraId="0075E89F" w14:textId="77777777" w:rsidR="009500F9" w:rsidRDefault="00000000">
            <w:r>
              <w:t>[complete]</w:t>
            </w:r>
          </w:p>
        </w:tc>
      </w:tr>
      <w:tr w:rsidR="009500F9" w14:paraId="5A40607C" w14:textId="77777777">
        <w:trPr>
          <w:jc w:val="center"/>
        </w:trPr>
        <w:tc>
          <w:tcPr>
            <w:tcW w:w="3240" w:type="dxa"/>
            <w:shd w:val="clear" w:color="auto" w:fill="EAF4F3"/>
            <w:vAlign w:val="center"/>
          </w:tcPr>
          <w:p w14:paraId="65627BC5" w14:textId="77777777" w:rsidR="009500F9" w:rsidRDefault="00000000">
            <w:r>
              <w:rPr>
                <w:b/>
              </w:rPr>
              <w:t>Relevant notes, allergies or sensitivities</w:t>
            </w:r>
          </w:p>
        </w:tc>
        <w:tc>
          <w:tcPr>
            <w:tcW w:w="5976" w:type="dxa"/>
            <w:vAlign w:val="center"/>
          </w:tcPr>
          <w:p w14:paraId="0E331F31" w14:textId="77777777" w:rsidR="009500F9" w:rsidRDefault="00000000">
            <w:r>
              <w:t>[complete]</w:t>
            </w:r>
          </w:p>
        </w:tc>
      </w:tr>
    </w:tbl>
    <w:p w14:paraId="72C24C09" w14:textId="77777777" w:rsidR="009500F9" w:rsidRDefault="00000000">
      <w:pPr>
        <w:pStyle w:val="Heading2"/>
        <w:spacing w:before="0" w:after="60" w:line="240" w:lineRule="auto"/>
      </w:pPr>
      <w:r>
        <w:t>3. Subscription details</w:t>
      </w:r>
    </w:p>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3240"/>
        <w:gridCol w:w="5976"/>
      </w:tblGrid>
      <w:tr w:rsidR="009500F9" w14:paraId="0D5F3655" w14:textId="77777777">
        <w:trPr>
          <w:jc w:val="center"/>
        </w:trPr>
        <w:tc>
          <w:tcPr>
            <w:tcW w:w="3240" w:type="dxa"/>
            <w:shd w:val="clear" w:color="auto" w:fill="EAF4F3"/>
            <w:vAlign w:val="center"/>
          </w:tcPr>
          <w:p w14:paraId="22EBF10E" w14:textId="77777777" w:rsidR="009500F9" w:rsidRDefault="00000000">
            <w:r>
              <w:rPr>
                <w:b/>
              </w:rPr>
              <w:t>Start date</w:t>
            </w:r>
          </w:p>
        </w:tc>
        <w:tc>
          <w:tcPr>
            <w:tcW w:w="5976" w:type="dxa"/>
            <w:vAlign w:val="center"/>
          </w:tcPr>
          <w:p w14:paraId="508B5C42" w14:textId="77777777" w:rsidR="009500F9" w:rsidRDefault="00000000">
            <w:r>
              <w:t>[complete]</w:t>
            </w:r>
          </w:p>
        </w:tc>
      </w:tr>
      <w:tr w:rsidR="009500F9" w14:paraId="5BBFA68B" w14:textId="77777777">
        <w:trPr>
          <w:jc w:val="center"/>
        </w:trPr>
        <w:tc>
          <w:tcPr>
            <w:tcW w:w="3240" w:type="dxa"/>
            <w:shd w:val="clear" w:color="auto" w:fill="EAF4F3"/>
            <w:vAlign w:val="center"/>
          </w:tcPr>
          <w:p w14:paraId="18B41301" w14:textId="77777777" w:rsidR="009500F9" w:rsidRDefault="00000000">
            <w:r>
              <w:rPr>
                <w:b/>
              </w:rPr>
              <w:t>Minimum term end date</w:t>
            </w:r>
          </w:p>
        </w:tc>
        <w:tc>
          <w:tcPr>
            <w:tcW w:w="5976" w:type="dxa"/>
            <w:vAlign w:val="center"/>
          </w:tcPr>
          <w:p w14:paraId="4F49C2B6" w14:textId="77777777" w:rsidR="009500F9" w:rsidRDefault="00000000">
            <w:r>
              <w:t>[complete]</w:t>
            </w:r>
          </w:p>
        </w:tc>
      </w:tr>
      <w:tr w:rsidR="009500F9" w14:paraId="5C364773" w14:textId="77777777">
        <w:trPr>
          <w:jc w:val="center"/>
        </w:trPr>
        <w:tc>
          <w:tcPr>
            <w:tcW w:w="3240" w:type="dxa"/>
            <w:shd w:val="clear" w:color="auto" w:fill="EAF4F3"/>
            <w:vAlign w:val="center"/>
          </w:tcPr>
          <w:p w14:paraId="626507F2" w14:textId="77777777" w:rsidR="009500F9" w:rsidRDefault="00000000">
            <w:r>
              <w:rPr>
                <w:b/>
              </w:rPr>
              <w:t>Delivery frequency</w:t>
            </w:r>
          </w:p>
        </w:tc>
        <w:tc>
          <w:tcPr>
            <w:tcW w:w="5976" w:type="dxa"/>
            <w:vAlign w:val="center"/>
          </w:tcPr>
          <w:p w14:paraId="58EECCDE" w14:textId="77777777" w:rsidR="009500F9" w:rsidRDefault="00000000">
            <w:r>
              <w:t>Weekly / fortnightly / other agreed schedule: [complete]</w:t>
            </w:r>
          </w:p>
        </w:tc>
      </w:tr>
      <w:tr w:rsidR="009500F9" w14:paraId="4C873B1F" w14:textId="77777777">
        <w:trPr>
          <w:jc w:val="center"/>
        </w:trPr>
        <w:tc>
          <w:tcPr>
            <w:tcW w:w="3240" w:type="dxa"/>
            <w:shd w:val="clear" w:color="auto" w:fill="EAF4F3"/>
            <w:vAlign w:val="center"/>
          </w:tcPr>
          <w:p w14:paraId="295FE8B6" w14:textId="77777777" w:rsidR="009500F9" w:rsidRDefault="00000000">
            <w:r>
              <w:rPr>
                <w:b/>
              </w:rPr>
              <w:t>Preferred delivery day or window</w:t>
            </w:r>
          </w:p>
        </w:tc>
        <w:tc>
          <w:tcPr>
            <w:tcW w:w="5976" w:type="dxa"/>
            <w:vAlign w:val="center"/>
          </w:tcPr>
          <w:p w14:paraId="5F6F511A" w14:textId="77777777" w:rsidR="009500F9" w:rsidRDefault="00000000">
            <w:r>
              <w:t>[complete]</w:t>
            </w:r>
          </w:p>
        </w:tc>
      </w:tr>
      <w:tr w:rsidR="009500F9" w14:paraId="689B293F" w14:textId="77777777">
        <w:trPr>
          <w:jc w:val="center"/>
        </w:trPr>
        <w:tc>
          <w:tcPr>
            <w:tcW w:w="3240" w:type="dxa"/>
            <w:shd w:val="clear" w:color="auto" w:fill="EAF4F3"/>
            <w:vAlign w:val="center"/>
          </w:tcPr>
          <w:p w14:paraId="7AF3E495" w14:textId="77777777" w:rsidR="009500F9" w:rsidRDefault="00000000">
            <w:r>
              <w:rPr>
                <w:b/>
              </w:rPr>
              <w:t>Safe place instructions, if any</w:t>
            </w:r>
          </w:p>
        </w:tc>
        <w:tc>
          <w:tcPr>
            <w:tcW w:w="5976" w:type="dxa"/>
            <w:vAlign w:val="center"/>
          </w:tcPr>
          <w:p w14:paraId="79951D8A" w14:textId="77777777" w:rsidR="009500F9" w:rsidRDefault="00000000">
            <w:r>
              <w:t>[complete]</w:t>
            </w:r>
          </w:p>
        </w:tc>
      </w:tr>
      <w:tr w:rsidR="009500F9" w14:paraId="4A8E040D" w14:textId="77777777">
        <w:trPr>
          <w:jc w:val="center"/>
        </w:trPr>
        <w:tc>
          <w:tcPr>
            <w:tcW w:w="3240" w:type="dxa"/>
            <w:shd w:val="clear" w:color="auto" w:fill="EAF4F3"/>
            <w:vAlign w:val="center"/>
          </w:tcPr>
          <w:p w14:paraId="238A484E" w14:textId="77777777" w:rsidR="009500F9" w:rsidRDefault="00000000">
            <w:r>
              <w:rPr>
                <w:b/>
              </w:rPr>
              <w:t>Packaging return initiative agreed?</w:t>
            </w:r>
          </w:p>
        </w:tc>
        <w:tc>
          <w:tcPr>
            <w:tcW w:w="5976" w:type="dxa"/>
            <w:vAlign w:val="center"/>
          </w:tcPr>
          <w:p w14:paraId="0B0499D4" w14:textId="77777777" w:rsidR="009500F9" w:rsidRDefault="00000000">
            <w:r>
              <w:t>Yes / No</w:t>
            </w:r>
          </w:p>
        </w:tc>
      </w:tr>
      <w:tr w:rsidR="009500F9" w14:paraId="2CC87584" w14:textId="77777777">
        <w:trPr>
          <w:jc w:val="center"/>
        </w:trPr>
        <w:tc>
          <w:tcPr>
            <w:tcW w:w="3240" w:type="dxa"/>
            <w:shd w:val="clear" w:color="auto" w:fill="EAF4F3"/>
            <w:vAlign w:val="center"/>
          </w:tcPr>
          <w:p w14:paraId="453E3CBE" w14:textId="77777777" w:rsidR="009500F9" w:rsidRDefault="00000000">
            <w:r>
              <w:rPr>
                <w:b/>
              </w:rPr>
              <w:t>Agreed monthly subscription amount</w:t>
            </w:r>
          </w:p>
        </w:tc>
        <w:tc>
          <w:tcPr>
            <w:tcW w:w="5976" w:type="dxa"/>
            <w:vAlign w:val="center"/>
          </w:tcPr>
          <w:p w14:paraId="7FAD0C94" w14:textId="77777777" w:rsidR="009500F9" w:rsidRDefault="00000000">
            <w:r>
              <w:t>£[complete]</w:t>
            </w:r>
          </w:p>
        </w:tc>
      </w:tr>
      <w:tr w:rsidR="009500F9" w14:paraId="1174F9E0" w14:textId="77777777">
        <w:trPr>
          <w:jc w:val="center"/>
        </w:trPr>
        <w:tc>
          <w:tcPr>
            <w:tcW w:w="3240" w:type="dxa"/>
            <w:shd w:val="clear" w:color="auto" w:fill="EAF4F3"/>
            <w:vAlign w:val="center"/>
          </w:tcPr>
          <w:p w14:paraId="21510439" w14:textId="77777777" w:rsidR="009500F9" w:rsidRDefault="00000000">
            <w:r>
              <w:rPr>
                <w:b/>
              </w:rPr>
              <w:t>Payment method</w:t>
            </w:r>
          </w:p>
        </w:tc>
        <w:tc>
          <w:tcPr>
            <w:tcW w:w="5976" w:type="dxa"/>
            <w:vAlign w:val="center"/>
          </w:tcPr>
          <w:p w14:paraId="3C1BCC2F" w14:textId="77777777" w:rsidR="009500F9" w:rsidRDefault="00000000">
            <w:r>
              <w:t>Bank transfer / standing order / other agreed method: [complete]</w:t>
            </w:r>
          </w:p>
        </w:tc>
      </w:tr>
    </w:tbl>
    <w:p w14:paraId="4FA2AED6" w14:textId="77777777" w:rsidR="009500F9" w:rsidRDefault="00000000">
      <w:pPr>
        <w:pStyle w:val="Heading2"/>
        <w:spacing w:before="0" w:after="60" w:line="240" w:lineRule="auto"/>
      </w:pPr>
      <w:r>
        <w:t>4. Order schedule</w:t>
      </w:r>
    </w:p>
    <w:p w14:paraId="2F1A24E1" w14:textId="77777777" w:rsidR="009500F9" w:rsidRDefault="00000000">
      <w:pPr>
        <w:pStyle w:val="BodyText"/>
        <w:spacing w:after="60" w:line="240" w:lineRule="auto"/>
      </w:pPr>
      <w:r>
        <w:t>Use this table to record exactly what the subscriber wants delivered. This schedule forms part of the agreement. Any later changes should be confirmed by email or in writing.</w:t>
      </w:r>
    </w:p>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2149"/>
        <w:gridCol w:w="1194"/>
        <w:gridCol w:w="1481"/>
        <w:gridCol w:w="1558"/>
        <w:gridCol w:w="1679"/>
        <w:gridCol w:w="2291"/>
      </w:tblGrid>
      <w:tr w:rsidR="009500F9" w14:paraId="55A3A23E" w14:textId="77777777">
        <w:trPr>
          <w:tblHeader/>
          <w:jc w:val="center"/>
        </w:trPr>
        <w:tc>
          <w:tcPr>
            <w:tcW w:w="2232" w:type="dxa"/>
            <w:shd w:val="clear" w:color="auto" w:fill="D9EDEA"/>
          </w:tcPr>
          <w:p w14:paraId="19059D1D" w14:textId="77777777" w:rsidR="009500F9" w:rsidRDefault="00000000">
            <w:r>
              <w:rPr>
                <w:b/>
              </w:rPr>
              <w:t>Meal type</w:t>
            </w:r>
          </w:p>
        </w:tc>
        <w:tc>
          <w:tcPr>
            <w:tcW w:w="1224" w:type="dxa"/>
            <w:shd w:val="clear" w:color="auto" w:fill="D9EDEA"/>
          </w:tcPr>
          <w:p w14:paraId="07691F0E" w14:textId="77777777" w:rsidR="009500F9" w:rsidRDefault="00000000">
            <w:r>
              <w:rPr>
                <w:b/>
              </w:rPr>
              <w:t>Pack size</w:t>
            </w:r>
          </w:p>
        </w:tc>
        <w:tc>
          <w:tcPr>
            <w:tcW w:w="1512" w:type="dxa"/>
            <w:shd w:val="clear" w:color="auto" w:fill="D9EDEA"/>
          </w:tcPr>
          <w:p w14:paraId="66D9146E" w14:textId="77777777" w:rsidR="009500F9" w:rsidRDefault="00000000">
            <w:r>
              <w:rPr>
                <w:b/>
              </w:rPr>
              <w:t>Packs per delivery</w:t>
            </w:r>
          </w:p>
        </w:tc>
        <w:tc>
          <w:tcPr>
            <w:tcW w:w="1584" w:type="dxa"/>
            <w:shd w:val="clear" w:color="auto" w:fill="D9EDEA"/>
          </w:tcPr>
          <w:p w14:paraId="30F1B094" w14:textId="77777777" w:rsidR="009500F9" w:rsidRDefault="00000000">
            <w:r>
              <w:rPr>
                <w:b/>
              </w:rPr>
              <w:t>Deliveries per month</w:t>
            </w:r>
          </w:p>
        </w:tc>
        <w:tc>
          <w:tcPr>
            <w:tcW w:w="1728" w:type="dxa"/>
            <w:shd w:val="clear" w:color="auto" w:fill="D9EDEA"/>
          </w:tcPr>
          <w:p w14:paraId="430FF7D4" w14:textId="77777777" w:rsidR="009500F9" w:rsidRDefault="00000000">
            <w:r>
              <w:rPr>
                <w:b/>
              </w:rPr>
              <w:t>Total packs per month</w:t>
            </w:r>
          </w:p>
        </w:tc>
        <w:tc>
          <w:tcPr>
            <w:tcW w:w="2376" w:type="dxa"/>
            <w:shd w:val="clear" w:color="auto" w:fill="D9EDEA"/>
          </w:tcPr>
          <w:p w14:paraId="56A36697" w14:textId="77777777" w:rsidR="009500F9" w:rsidRDefault="00000000">
            <w:r>
              <w:rPr>
                <w:b/>
              </w:rPr>
              <w:t>Notes</w:t>
            </w:r>
          </w:p>
        </w:tc>
      </w:tr>
      <w:tr w:rsidR="009500F9" w14:paraId="68AE2FD8" w14:textId="77777777">
        <w:trPr>
          <w:jc w:val="center"/>
        </w:trPr>
        <w:tc>
          <w:tcPr>
            <w:tcW w:w="2232" w:type="dxa"/>
            <w:vAlign w:val="center"/>
          </w:tcPr>
          <w:p w14:paraId="01941A3D" w14:textId="77777777" w:rsidR="009500F9" w:rsidRDefault="009500F9"/>
        </w:tc>
        <w:tc>
          <w:tcPr>
            <w:tcW w:w="1224" w:type="dxa"/>
            <w:vAlign w:val="center"/>
          </w:tcPr>
          <w:p w14:paraId="29BF5759" w14:textId="77777777" w:rsidR="009500F9" w:rsidRDefault="009500F9"/>
        </w:tc>
        <w:tc>
          <w:tcPr>
            <w:tcW w:w="1512" w:type="dxa"/>
            <w:vAlign w:val="center"/>
          </w:tcPr>
          <w:p w14:paraId="2C86CC39" w14:textId="77777777" w:rsidR="009500F9" w:rsidRDefault="009500F9"/>
        </w:tc>
        <w:tc>
          <w:tcPr>
            <w:tcW w:w="1584" w:type="dxa"/>
            <w:vAlign w:val="center"/>
          </w:tcPr>
          <w:p w14:paraId="4A557259" w14:textId="77777777" w:rsidR="009500F9" w:rsidRDefault="009500F9"/>
        </w:tc>
        <w:tc>
          <w:tcPr>
            <w:tcW w:w="1728" w:type="dxa"/>
            <w:vAlign w:val="center"/>
          </w:tcPr>
          <w:p w14:paraId="4B10950A" w14:textId="77777777" w:rsidR="009500F9" w:rsidRDefault="009500F9"/>
        </w:tc>
        <w:tc>
          <w:tcPr>
            <w:tcW w:w="2376" w:type="dxa"/>
            <w:vAlign w:val="center"/>
          </w:tcPr>
          <w:p w14:paraId="5632748D" w14:textId="77777777" w:rsidR="009500F9" w:rsidRDefault="009500F9"/>
        </w:tc>
      </w:tr>
      <w:tr w:rsidR="009500F9" w14:paraId="7826CFDC" w14:textId="77777777">
        <w:trPr>
          <w:jc w:val="center"/>
        </w:trPr>
        <w:tc>
          <w:tcPr>
            <w:tcW w:w="2232" w:type="dxa"/>
            <w:vAlign w:val="center"/>
          </w:tcPr>
          <w:p w14:paraId="7D6E5D83" w14:textId="77777777" w:rsidR="009500F9" w:rsidRDefault="009500F9"/>
        </w:tc>
        <w:tc>
          <w:tcPr>
            <w:tcW w:w="1224" w:type="dxa"/>
            <w:vAlign w:val="center"/>
          </w:tcPr>
          <w:p w14:paraId="0E0667F3" w14:textId="77777777" w:rsidR="009500F9" w:rsidRDefault="009500F9"/>
        </w:tc>
        <w:tc>
          <w:tcPr>
            <w:tcW w:w="1512" w:type="dxa"/>
            <w:vAlign w:val="center"/>
          </w:tcPr>
          <w:p w14:paraId="26CE8469" w14:textId="77777777" w:rsidR="009500F9" w:rsidRDefault="009500F9"/>
        </w:tc>
        <w:tc>
          <w:tcPr>
            <w:tcW w:w="1584" w:type="dxa"/>
            <w:vAlign w:val="center"/>
          </w:tcPr>
          <w:p w14:paraId="5BBA6D49" w14:textId="77777777" w:rsidR="009500F9" w:rsidRDefault="009500F9"/>
        </w:tc>
        <w:tc>
          <w:tcPr>
            <w:tcW w:w="1728" w:type="dxa"/>
            <w:vAlign w:val="center"/>
          </w:tcPr>
          <w:p w14:paraId="19FF6BC1" w14:textId="77777777" w:rsidR="009500F9" w:rsidRDefault="009500F9"/>
        </w:tc>
        <w:tc>
          <w:tcPr>
            <w:tcW w:w="2376" w:type="dxa"/>
            <w:vAlign w:val="center"/>
          </w:tcPr>
          <w:p w14:paraId="76D5839B" w14:textId="77777777" w:rsidR="009500F9" w:rsidRDefault="009500F9"/>
        </w:tc>
      </w:tr>
      <w:tr w:rsidR="009500F9" w14:paraId="2AB23AAB" w14:textId="77777777">
        <w:trPr>
          <w:jc w:val="center"/>
        </w:trPr>
        <w:tc>
          <w:tcPr>
            <w:tcW w:w="2232" w:type="dxa"/>
            <w:vAlign w:val="center"/>
          </w:tcPr>
          <w:p w14:paraId="04012330" w14:textId="77777777" w:rsidR="009500F9" w:rsidRDefault="009500F9"/>
        </w:tc>
        <w:tc>
          <w:tcPr>
            <w:tcW w:w="1224" w:type="dxa"/>
            <w:vAlign w:val="center"/>
          </w:tcPr>
          <w:p w14:paraId="3AAF8A15" w14:textId="77777777" w:rsidR="009500F9" w:rsidRDefault="009500F9"/>
        </w:tc>
        <w:tc>
          <w:tcPr>
            <w:tcW w:w="1512" w:type="dxa"/>
            <w:vAlign w:val="center"/>
          </w:tcPr>
          <w:p w14:paraId="7B511075" w14:textId="77777777" w:rsidR="009500F9" w:rsidRDefault="009500F9"/>
        </w:tc>
        <w:tc>
          <w:tcPr>
            <w:tcW w:w="1584" w:type="dxa"/>
            <w:vAlign w:val="center"/>
          </w:tcPr>
          <w:p w14:paraId="6FF1479F" w14:textId="77777777" w:rsidR="009500F9" w:rsidRDefault="009500F9"/>
        </w:tc>
        <w:tc>
          <w:tcPr>
            <w:tcW w:w="1728" w:type="dxa"/>
            <w:vAlign w:val="center"/>
          </w:tcPr>
          <w:p w14:paraId="165586FD" w14:textId="77777777" w:rsidR="009500F9" w:rsidRDefault="009500F9"/>
        </w:tc>
        <w:tc>
          <w:tcPr>
            <w:tcW w:w="2376" w:type="dxa"/>
            <w:vAlign w:val="center"/>
          </w:tcPr>
          <w:p w14:paraId="6A2864DC" w14:textId="77777777" w:rsidR="009500F9" w:rsidRDefault="009500F9"/>
        </w:tc>
      </w:tr>
      <w:tr w:rsidR="009500F9" w14:paraId="3EC9E8F3" w14:textId="77777777">
        <w:trPr>
          <w:jc w:val="center"/>
        </w:trPr>
        <w:tc>
          <w:tcPr>
            <w:tcW w:w="2232" w:type="dxa"/>
            <w:vAlign w:val="center"/>
          </w:tcPr>
          <w:p w14:paraId="1281776F" w14:textId="77777777" w:rsidR="009500F9" w:rsidRDefault="009500F9"/>
        </w:tc>
        <w:tc>
          <w:tcPr>
            <w:tcW w:w="1224" w:type="dxa"/>
            <w:vAlign w:val="center"/>
          </w:tcPr>
          <w:p w14:paraId="0BCF917A" w14:textId="77777777" w:rsidR="009500F9" w:rsidRDefault="009500F9"/>
        </w:tc>
        <w:tc>
          <w:tcPr>
            <w:tcW w:w="1512" w:type="dxa"/>
            <w:vAlign w:val="center"/>
          </w:tcPr>
          <w:p w14:paraId="350CB8FB" w14:textId="77777777" w:rsidR="009500F9" w:rsidRDefault="009500F9"/>
        </w:tc>
        <w:tc>
          <w:tcPr>
            <w:tcW w:w="1584" w:type="dxa"/>
            <w:vAlign w:val="center"/>
          </w:tcPr>
          <w:p w14:paraId="44214FD9" w14:textId="77777777" w:rsidR="009500F9" w:rsidRDefault="009500F9"/>
        </w:tc>
        <w:tc>
          <w:tcPr>
            <w:tcW w:w="1728" w:type="dxa"/>
            <w:vAlign w:val="center"/>
          </w:tcPr>
          <w:p w14:paraId="4D01096E" w14:textId="77777777" w:rsidR="009500F9" w:rsidRDefault="009500F9"/>
        </w:tc>
        <w:tc>
          <w:tcPr>
            <w:tcW w:w="2376" w:type="dxa"/>
            <w:vAlign w:val="center"/>
          </w:tcPr>
          <w:p w14:paraId="3BD39362" w14:textId="77777777" w:rsidR="009500F9" w:rsidRDefault="009500F9"/>
        </w:tc>
      </w:tr>
      <w:tr w:rsidR="009500F9" w14:paraId="5486B1A9" w14:textId="77777777">
        <w:trPr>
          <w:jc w:val="center"/>
        </w:trPr>
        <w:tc>
          <w:tcPr>
            <w:tcW w:w="2232" w:type="dxa"/>
            <w:vAlign w:val="center"/>
          </w:tcPr>
          <w:p w14:paraId="62FA7DA7" w14:textId="77777777" w:rsidR="009500F9" w:rsidRDefault="009500F9"/>
        </w:tc>
        <w:tc>
          <w:tcPr>
            <w:tcW w:w="1224" w:type="dxa"/>
            <w:vAlign w:val="center"/>
          </w:tcPr>
          <w:p w14:paraId="3EB36588" w14:textId="77777777" w:rsidR="009500F9" w:rsidRDefault="009500F9"/>
        </w:tc>
        <w:tc>
          <w:tcPr>
            <w:tcW w:w="1512" w:type="dxa"/>
            <w:vAlign w:val="center"/>
          </w:tcPr>
          <w:p w14:paraId="034AE189" w14:textId="77777777" w:rsidR="009500F9" w:rsidRDefault="009500F9"/>
        </w:tc>
        <w:tc>
          <w:tcPr>
            <w:tcW w:w="1584" w:type="dxa"/>
            <w:vAlign w:val="center"/>
          </w:tcPr>
          <w:p w14:paraId="6ABAF10D" w14:textId="77777777" w:rsidR="009500F9" w:rsidRDefault="009500F9"/>
        </w:tc>
        <w:tc>
          <w:tcPr>
            <w:tcW w:w="1728" w:type="dxa"/>
            <w:vAlign w:val="center"/>
          </w:tcPr>
          <w:p w14:paraId="20BE66FA" w14:textId="77777777" w:rsidR="009500F9" w:rsidRDefault="009500F9"/>
        </w:tc>
        <w:tc>
          <w:tcPr>
            <w:tcW w:w="2376" w:type="dxa"/>
            <w:vAlign w:val="center"/>
          </w:tcPr>
          <w:p w14:paraId="43815AD7" w14:textId="77777777" w:rsidR="009500F9" w:rsidRDefault="009500F9"/>
        </w:tc>
      </w:tr>
      <w:tr w:rsidR="009500F9" w14:paraId="4DF61974" w14:textId="77777777">
        <w:trPr>
          <w:jc w:val="center"/>
        </w:trPr>
        <w:tc>
          <w:tcPr>
            <w:tcW w:w="2232" w:type="dxa"/>
            <w:vAlign w:val="center"/>
          </w:tcPr>
          <w:p w14:paraId="4E5A8C24" w14:textId="77777777" w:rsidR="009500F9" w:rsidRDefault="009500F9"/>
        </w:tc>
        <w:tc>
          <w:tcPr>
            <w:tcW w:w="1224" w:type="dxa"/>
            <w:vAlign w:val="center"/>
          </w:tcPr>
          <w:p w14:paraId="02BF2290" w14:textId="77777777" w:rsidR="009500F9" w:rsidRDefault="009500F9"/>
        </w:tc>
        <w:tc>
          <w:tcPr>
            <w:tcW w:w="1512" w:type="dxa"/>
            <w:vAlign w:val="center"/>
          </w:tcPr>
          <w:p w14:paraId="799DADD9" w14:textId="77777777" w:rsidR="009500F9" w:rsidRDefault="009500F9"/>
        </w:tc>
        <w:tc>
          <w:tcPr>
            <w:tcW w:w="1584" w:type="dxa"/>
            <w:vAlign w:val="center"/>
          </w:tcPr>
          <w:p w14:paraId="31235F3D" w14:textId="77777777" w:rsidR="009500F9" w:rsidRDefault="009500F9"/>
        </w:tc>
        <w:tc>
          <w:tcPr>
            <w:tcW w:w="1728" w:type="dxa"/>
            <w:vAlign w:val="center"/>
          </w:tcPr>
          <w:p w14:paraId="350965E0" w14:textId="77777777" w:rsidR="009500F9" w:rsidRDefault="009500F9"/>
        </w:tc>
        <w:tc>
          <w:tcPr>
            <w:tcW w:w="2376" w:type="dxa"/>
            <w:vAlign w:val="center"/>
          </w:tcPr>
          <w:p w14:paraId="44961D7D" w14:textId="77777777" w:rsidR="009500F9" w:rsidRDefault="009500F9"/>
        </w:tc>
      </w:tr>
      <w:tr w:rsidR="009500F9" w14:paraId="3D414E4B" w14:textId="77777777">
        <w:trPr>
          <w:jc w:val="center"/>
        </w:trPr>
        <w:tc>
          <w:tcPr>
            <w:tcW w:w="2232" w:type="dxa"/>
            <w:vAlign w:val="center"/>
          </w:tcPr>
          <w:p w14:paraId="753B5732" w14:textId="77777777" w:rsidR="009500F9" w:rsidRDefault="009500F9"/>
        </w:tc>
        <w:tc>
          <w:tcPr>
            <w:tcW w:w="1224" w:type="dxa"/>
            <w:vAlign w:val="center"/>
          </w:tcPr>
          <w:p w14:paraId="008D1420" w14:textId="77777777" w:rsidR="009500F9" w:rsidRDefault="009500F9"/>
        </w:tc>
        <w:tc>
          <w:tcPr>
            <w:tcW w:w="1512" w:type="dxa"/>
            <w:vAlign w:val="center"/>
          </w:tcPr>
          <w:p w14:paraId="3F49C5F3" w14:textId="77777777" w:rsidR="009500F9" w:rsidRDefault="009500F9"/>
        </w:tc>
        <w:tc>
          <w:tcPr>
            <w:tcW w:w="1584" w:type="dxa"/>
            <w:vAlign w:val="center"/>
          </w:tcPr>
          <w:p w14:paraId="0C3BC935" w14:textId="77777777" w:rsidR="009500F9" w:rsidRDefault="009500F9"/>
        </w:tc>
        <w:tc>
          <w:tcPr>
            <w:tcW w:w="1728" w:type="dxa"/>
            <w:vAlign w:val="center"/>
          </w:tcPr>
          <w:p w14:paraId="6CA2B198" w14:textId="77777777" w:rsidR="009500F9" w:rsidRDefault="009500F9"/>
        </w:tc>
        <w:tc>
          <w:tcPr>
            <w:tcW w:w="2376" w:type="dxa"/>
            <w:vAlign w:val="center"/>
          </w:tcPr>
          <w:p w14:paraId="38840F07" w14:textId="77777777" w:rsidR="009500F9" w:rsidRDefault="009500F9"/>
        </w:tc>
      </w:tr>
    </w:tbl>
    <w:p w14:paraId="0D65696B" w14:textId="77777777" w:rsidR="009500F9" w:rsidRDefault="00000000">
      <w:pPr>
        <w:pStyle w:val="Heading2"/>
        <w:spacing w:before="0" w:after="60" w:line="240" w:lineRule="auto"/>
      </w:pPr>
      <w:r>
        <w:t>5. Subscription plan</w:t>
      </w:r>
    </w:p>
    <w:p w14:paraId="0689DD01" w14:textId="77777777" w:rsidR="009500F9" w:rsidRDefault="00000000">
      <w:pPr>
        <w:pStyle w:val="BodyText"/>
        <w:spacing w:after="60" w:line="240" w:lineRule="auto"/>
      </w:pPr>
      <w:r>
        <w:t>Minimum term: The subscription has a minimum term of three months from the start date shown in the Subscription Details.</w:t>
      </w:r>
    </w:p>
    <w:p w14:paraId="71F02C81" w14:textId="77777777" w:rsidR="009500F9" w:rsidRDefault="00000000">
      <w:pPr>
        <w:pStyle w:val="BodyText"/>
        <w:spacing w:after="60" w:line="240" w:lineRule="auto"/>
      </w:pPr>
      <w:r>
        <w:t>Discount: During the subscription term, the subscriber receives a 10% discount off the regular price of the agreed Nika Pet Food packs. The discount applies only to subscription orders and any additional packs agreed during the subscription period. It cannot be combined with any other offer unless we agree this in writing.</w:t>
      </w:r>
    </w:p>
    <w:p w14:paraId="25E83319" w14:textId="77777777" w:rsidR="009500F9" w:rsidRDefault="00000000">
      <w:pPr>
        <w:pStyle w:val="BodyText"/>
        <w:spacing w:after="60" w:line="240" w:lineRule="auto"/>
      </w:pPr>
      <w:r>
        <w:t>Delivery schedule: Deliveries will be made according to the agreed Delivery Frequency and Order Schedule above. The subscriber chooses the number, size and meal types of packs they wish to receive, and these details form part of this agreement.</w:t>
      </w:r>
    </w:p>
    <w:p w14:paraId="57FCFEA7" w14:textId="77777777" w:rsidR="009500F9" w:rsidRDefault="00000000">
      <w:pPr>
        <w:pStyle w:val="BodyText"/>
        <w:spacing w:after="60" w:line="240" w:lineRule="auto"/>
      </w:pPr>
      <w:r>
        <w:t>Product availability: If a selected meal type is temporarily unavailable, we will contact the subscriber to agree a suitable alternative, delivery adjustment or credit against a future delivery.</w:t>
      </w:r>
    </w:p>
    <w:p w14:paraId="1FC22BD4" w14:textId="77777777" w:rsidR="009500F9" w:rsidRDefault="00000000">
      <w:pPr>
        <w:pStyle w:val="Heading2"/>
        <w:spacing w:before="0" w:after="60" w:line="240" w:lineRule="auto"/>
      </w:pPr>
      <w:r>
        <w:t>6. Pricing and payment</w:t>
      </w:r>
    </w:p>
    <w:p w14:paraId="771831B7" w14:textId="77777777" w:rsidR="009500F9" w:rsidRDefault="00000000">
      <w:pPr>
        <w:pStyle w:val="BodyText"/>
        <w:spacing w:after="60" w:line="240" w:lineRule="auto"/>
      </w:pPr>
      <w:r>
        <w:t>Monthly invoice: We will issue a monthly invoice for the agreed subscription amount. Payment is due within three days of the invoice date unless we agree otherwise in writing.</w:t>
      </w:r>
    </w:p>
    <w:p w14:paraId="7638212E" w14:textId="77777777" w:rsidR="009500F9" w:rsidRDefault="00000000">
      <w:pPr>
        <w:pStyle w:val="BodyText"/>
        <w:spacing w:after="60" w:line="240" w:lineRule="auto"/>
      </w:pPr>
      <w:r>
        <w:t>Payment method: Payment is made by bank transfer or standing order to the bank details shown on the invoice. The subscriber is responsible for arranging payment on time. If the due date falls on a non-working day, payment is due on the next working day.</w:t>
      </w:r>
    </w:p>
    <w:p w14:paraId="625DCA89" w14:textId="77777777" w:rsidR="009500F9" w:rsidRDefault="00000000">
      <w:pPr>
        <w:pStyle w:val="BodyText"/>
        <w:spacing w:after="60" w:line="240" w:lineRule="auto"/>
      </w:pPr>
      <w:r>
        <w:t>Late payment: If payment is late, we may pause future deliveries until the overdue invoice has been paid. This does not cancel any amounts already owed for products supplied, prepared or reserved under the subscription.</w:t>
      </w:r>
    </w:p>
    <w:p w14:paraId="432FC81B" w14:textId="77777777" w:rsidR="009500F9" w:rsidRDefault="00000000">
      <w:pPr>
        <w:pStyle w:val="BodyText"/>
        <w:spacing w:after="60" w:line="240" w:lineRule="auto"/>
      </w:pPr>
      <w:r>
        <w:lastRenderedPageBreak/>
        <w:t>Additional purchases: The subscriber may buy additional packs during the subscription period at the same discounted rate, subject to availability. Additional purchases may be invoiced separately or added to the next monthly invoice, as agreed.</w:t>
      </w:r>
    </w:p>
    <w:p w14:paraId="1B1C8196" w14:textId="77777777" w:rsidR="009500F9" w:rsidRDefault="00000000">
      <w:pPr>
        <w:pStyle w:val="Heading2"/>
        <w:spacing w:before="0" w:after="60" w:line="240" w:lineRule="auto"/>
      </w:pPr>
      <w:r>
        <w:t>7. Changes to the subscription</w:t>
      </w:r>
    </w:p>
    <w:p w14:paraId="2FA41FCD" w14:textId="77777777" w:rsidR="009500F9" w:rsidRDefault="00000000">
      <w:pPr>
        <w:pStyle w:val="BodyText"/>
        <w:spacing w:after="60" w:line="240" w:lineRule="auto"/>
      </w:pPr>
      <w:r>
        <w:t>Pack quantity and meal type changes: The subscriber may request changes to the number, size, meal types or delivery frequency, provided the request is sent at least seven days before the next scheduled delivery or production date.</w:t>
      </w:r>
    </w:p>
    <w:p w14:paraId="4664B9D0" w14:textId="77777777" w:rsidR="009500F9" w:rsidRDefault="00000000">
      <w:pPr>
        <w:pStyle w:val="BodyText"/>
        <w:spacing w:after="60" w:line="240" w:lineRule="auto"/>
      </w:pPr>
      <w:r>
        <w:t>Temporary pauses: A short pause may be agreed in advance, for example during holidays. Pauses must be requested at least seven days before the next scheduled delivery or production date.</w:t>
      </w:r>
    </w:p>
    <w:p w14:paraId="21393F33" w14:textId="77777777" w:rsidR="009500F9" w:rsidRDefault="00000000">
      <w:pPr>
        <w:pStyle w:val="BodyText"/>
        <w:spacing w:after="60" w:line="240" w:lineRule="auto"/>
      </w:pPr>
      <w:r>
        <w:t>Changes requested too late: If a change is requested after the seven-day cut-off, we may be unable to apply it to the next delivery, especially where the food has already been prepared, packed or allocated.</w:t>
      </w:r>
    </w:p>
    <w:p w14:paraId="2C3A4AD1" w14:textId="77777777" w:rsidR="009500F9" w:rsidRDefault="00000000">
      <w:pPr>
        <w:pStyle w:val="Heading2"/>
        <w:spacing w:before="0" w:after="60" w:line="240" w:lineRule="auto"/>
      </w:pPr>
      <w:r>
        <w:t>8. Delivery and storage</w:t>
      </w:r>
    </w:p>
    <w:p w14:paraId="5354EBBF" w14:textId="77777777" w:rsidR="009500F9" w:rsidRDefault="00000000">
      <w:pPr>
        <w:pStyle w:val="BodyText"/>
        <w:spacing w:after="60" w:line="240" w:lineRule="auto"/>
      </w:pPr>
      <w:r>
        <w:t>Delivery address and access: The subscriber must provide accurate delivery details and tell us in advance about access restrictions, gates, entry codes or delivery instructions.</w:t>
      </w:r>
    </w:p>
    <w:p w14:paraId="7BE4E496" w14:textId="77777777" w:rsidR="009500F9" w:rsidRDefault="00000000">
      <w:pPr>
        <w:pStyle w:val="BodyText"/>
        <w:spacing w:after="60" w:line="240" w:lineRule="auto"/>
      </w:pPr>
      <w:r>
        <w:t>Safe place: If the subscriber asks us to leave an order in a safe place, responsibility for the order passes to the subscriber once it has been left in that agreed place.</w:t>
      </w:r>
    </w:p>
    <w:p w14:paraId="17224568" w14:textId="77777777" w:rsidR="009500F9" w:rsidRDefault="00000000">
      <w:pPr>
        <w:pStyle w:val="BodyText"/>
        <w:spacing w:after="60" w:line="240" w:lineRule="auto"/>
      </w:pPr>
      <w:r>
        <w:t>Missed delivery: If delivery cannot be completed because the subscriber is unavailable, access is not possible or the delivery information is incorrect, we may charge for redelivery or add the order to the next agreed delivery, depending on product safety and practicality.</w:t>
      </w:r>
    </w:p>
    <w:p w14:paraId="18CD6473" w14:textId="77777777" w:rsidR="009500F9" w:rsidRDefault="00000000">
      <w:pPr>
        <w:pStyle w:val="BodyText"/>
        <w:spacing w:after="60" w:line="240" w:lineRule="auto"/>
      </w:pPr>
      <w:r>
        <w:t>Cold chain and storage: The subscriber is responsible for refrigerating or freezing the food promptly after delivery. NIKA PET FOOD LTD is not responsible for deterioration caused by incorrect storage after delivery or after the order has been left in an agreed safe place.</w:t>
      </w:r>
    </w:p>
    <w:p w14:paraId="1A935610" w14:textId="77777777" w:rsidR="009500F9" w:rsidRDefault="00000000">
      <w:pPr>
        <w:pStyle w:val="BodyText"/>
        <w:spacing w:after="60" w:line="240" w:lineRule="auto"/>
      </w:pPr>
      <w:r>
        <w:t>Unforeseen delays: If delivery is delayed for reasons outside our reasonable control, we will contact the subscriber as soon as practical and arrange the safest available solution.</w:t>
      </w:r>
    </w:p>
    <w:p w14:paraId="215965D4" w14:textId="77777777" w:rsidR="009500F9" w:rsidRDefault="00000000">
      <w:pPr>
        <w:pStyle w:val="Heading2"/>
        <w:spacing w:before="0" w:after="60" w:line="240" w:lineRule="auto"/>
      </w:pPr>
      <w:r>
        <w:t>9. Packaging return initiative</w:t>
      </w:r>
    </w:p>
    <w:p w14:paraId="7DA42A76" w14:textId="77777777" w:rsidR="009500F9" w:rsidRDefault="00000000">
      <w:pPr>
        <w:pStyle w:val="BodyText"/>
        <w:spacing w:after="60" w:line="240" w:lineRule="auto"/>
      </w:pPr>
      <w:r>
        <w:t>Return discount: Subscribers who return Nika packaging in a clean, usable condition may receive a £5 monthly discount, where this has been agreed in advance.</w:t>
      </w:r>
    </w:p>
    <w:p w14:paraId="1DFDF6C4" w14:textId="77777777" w:rsidR="009500F9" w:rsidRDefault="00000000">
      <w:pPr>
        <w:pStyle w:val="BodyText"/>
        <w:spacing w:after="60" w:line="240" w:lineRule="auto"/>
      </w:pPr>
      <w:r>
        <w:t>Own containers: Subscriber-supplied containers may only be used if NIKA PET FOOD LTD has approved them in advance as suitable, clean and safe for the product. We may refuse to use any container that we consider unsuitable for hygiene, safety, labelling or handling reasons.</w:t>
      </w:r>
    </w:p>
    <w:p w14:paraId="32F08775" w14:textId="77777777" w:rsidR="009500F9" w:rsidRDefault="00000000">
      <w:pPr>
        <w:pStyle w:val="BodyText"/>
        <w:spacing w:after="60" w:line="240" w:lineRule="auto"/>
      </w:pPr>
      <w:r>
        <w:t>Discount conditions: The packaging discount may be removed if packaging is not returned, is returned unclean, is damaged, or is not suitable for reuse.</w:t>
      </w:r>
    </w:p>
    <w:p w14:paraId="50896D91" w14:textId="77777777" w:rsidR="009500F9" w:rsidRDefault="00000000">
      <w:pPr>
        <w:pStyle w:val="Heading2"/>
        <w:spacing w:before="0" w:after="60" w:line="240" w:lineRule="auto"/>
      </w:pPr>
      <w:r>
        <w:t>10. Cancellation and refunds</w:t>
      </w:r>
    </w:p>
    <w:p w14:paraId="433D3A41" w14:textId="77777777" w:rsidR="009500F9" w:rsidRDefault="00000000">
      <w:pPr>
        <w:pStyle w:val="BodyText"/>
        <w:spacing w:after="60" w:line="240" w:lineRule="auto"/>
      </w:pPr>
      <w:r>
        <w:t>Cancelling after the minimum term: After the three-month minimum term, the subscriber may cancel by giving at least 14 days notice by email to info@nikapetfood.com.</w:t>
      </w:r>
    </w:p>
    <w:p w14:paraId="1EF09CA4" w14:textId="77777777" w:rsidR="009500F9" w:rsidRDefault="00000000">
      <w:pPr>
        <w:pStyle w:val="BodyText"/>
        <w:spacing w:after="60" w:line="240" w:lineRule="auto"/>
      </w:pPr>
      <w:r>
        <w:t>Early cancellation: If the subscriber cancels before the end of the three-month minimum term, the 10% subscription discount will no longer apply to previous subscription orders. We may invoice the difference between the discounted price and the regular price for products already supplied, prepared or allocated.</w:t>
      </w:r>
    </w:p>
    <w:p w14:paraId="0FB60EEE" w14:textId="77777777" w:rsidR="009500F9" w:rsidRDefault="00000000">
      <w:pPr>
        <w:pStyle w:val="BodyText"/>
        <w:spacing w:after="60" w:line="240" w:lineRule="auto"/>
      </w:pPr>
      <w:r>
        <w:t>Prepared, dispatched or delivered food: Because Nika Pet Food products are fresh or frozen food products, we cannot usually refund products that have already been prepared, packed, dispatched or delivered unless they are faulty, not as described or otherwise not supplied in accordance with your legal rights.</w:t>
      </w:r>
    </w:p>
    <w:p w14:paraId="566781A6" w14:textId="77777777" w:rsidR="009500F9" w:rsidRDefault="00000000">
      <w:pPr>
        <w:pStyle w:val="BodyText"/>
        <w:spacing w:after="60" w:line="240" w:lineRule="auto"/>
      </w:pPr>
      <w:r>
        <w:t>Future deliveries: If a subscription is cancelled and a future delivery has not yet been prepared, packed, dispatched or allocated, we will either cancel that future delivery or credit any relevant amount against the subscriber’s account, depending on the circumstances.</w:t>
      </w:r>
    </w:p>
    <w:p w14:paraId="5BE59831" w14:textId="77777777" w:rsidR="009500F9" w:rsidRDefault="00000000">
      <w:pPr>
        <w:pStyle w:val="BodyText"/>
        <w:spacing w:after="60" w:line="240" w:lineRule="auto"/>
      </w:pPr>
      <w:r>
        <w:t>Statutory rights: Nothing in these Terms affects the subscriber’s statutory rights.</w:t>
      </w:r>
    </w:p>
    <w:p w14:paraId="120C764E" w14:textId="77777777" w:rsidR="009500F9" w:rsidRDefault="00000000">
      <w:pPr>
        <w:pStyle w:val="Heading2"/>
        <w:spacing w:before="0" w:after="60" w:line="240" w:lineRule="auto"/>
      </w:pPr>
      <w:r>
        <w:t>11. Product issues, complaints and batch traceability</w:t>
      </w:r>
    </w:p>
    <w:p w14:paraId="03235466" w14:textId="77777777" w:rsidR="009500F9" w:rsidRDefault="00000000">
      <w:pPr>
        <w:pStyle w:val="BodyText"/>
        <w:spacing w:after="60" w:line="240" w:lineRule="auto"/>
      </w:pPr>
      <w:r>
        <w:t>Reporting an issue: If there is a problem with an order, the subscriber should contact us as soon as possible at info@nikapetfood.com, ideally within 24 hours of delivery for fresh or frozen food quality issues.</w:t>
      </w:r>
    </w:p>
    <w:p w14:paraId="7D697A28" w14:textId="77777777" w:rsidR="009500F9" w:rsidRDefault="00000000">
      <w:pPr>
        <w:pStyle w:val="BodyText"/>
        <w:spacing w:after="60" w:line="240" w:lineRule="auto"/>
      </w:pPr>
      <w:r>
        <w:t>Information needed: To help us investigate, the subscriber should provide the order details, delivery date, product name, batch number if available, photographs where relevant, and details of how the product has been stored since delivery.</w:t>
      </w:r>
    </w:p>
    <w:p w14:paraId="52805E13" w14:textId="77777777" w:rsidR="009500F9" w:rsidRDefault="00000000">
      <w:pPr>
        <w:pStyle w:val="BodyText"/>
        <w:spacing w:after="60" w:line="240" w:lineRule="auto"/>
      </w:pPr>
      <w:r>
        <w:t>Our response: We will review the issue and, where appropriate, offer a replacement, credit or refund in line with the circumstances and the subscriber’s legal rights.</w:t>
      </w:r>
    </w:p>
    <w:p w14:paraId="21A5CDF4" w14:textId="77777777" w:rsidR="009500F9" w:rsidRDefault="00000000">
      <w:pPr>
        <w:pStyle w:val="Heading2"/>
        <w:spacing w:before="0" w:after="60" w:line="240" w:lineRule="auto"/>
      </w:pPr>
      <w:r>
        <w:t>12. Amendments to these Terms</w:t>
      </w:r>
    </w:p>
    <w:p w14:paraId="70DAD551" w14:textId="77777777" w:rsidR="009500F9" w:rsidRDefault="00000000">
      <w:pPr>
        <w:pStyle w:val="BodyText"/>
        <w:spacing w:after="60" w:line="240" w:lineRule="auto"/>
      </w:pPr>
      <w:r>
        <w:t>Notice of changes: We may amend these Terms. Where a change materially affects an active subscription, we will provide 30 days notice before the change takes effect, unless a shorter period is required for legal, safety or compliance reasons.</w:t>
      </w:r>
    </w:p>
    <w:p w14:paraId="16366FCD" w14:textId="77777777" w:rsidR="009500F9" w:rsidRDefault="00000000">
      <w:pPr>
        <w:pStyle w:val="Heading2"/>
        <w:spacing w:before="0" w:after="60" w:line="240" w:lineRule="auto"/>
      </w:pPr>
      <w:r>
        <w:t>13. Personal information</w:t>
      </w:r>
    </w:p>
    <w:p w14:paraId="416BCA30" w14:textId="77777777" w:rsidR="009500F9" w:rsidRDefault="00000000">
      <w:pPr>
        <w:pStyle w:val="BodyText"/>
        <w:spacing w:after="60" w:line="240" w:lineRule="auto"/>
      </w:pPr>
      <w:r>
        <w:t>Use of details: We use the subscriber’s personal information to manage the subscription, process orders, arrange delivery, issue invoices and contact the subscriber about their subscription. We will not sell subscriber data to third parties.</w:t>
      </w:r>
    </w:p>
    <w:p w14:paraId="5F386E8C" w14:textId="77777777" w:rsidR="009500F9" w:rsidRDefault="00000000">
      <w:pPr>
        <w:pStyle w:val="Heading2"/>
        <w:spacing w:before="0" w:after="60" w:line="240" w:lineRule="auto"/>
      </w:pPr>
      <w:r>
        <w:lastRenderedPageBreak/>
        <w:t>14. Contact</w:t>
      </w:r>
    </w:p>
    <w:p w14:paraId="12F5EC45" w14:textId="77777777" w:rsidR="009500F9" w:rsidRDefault="00000000">
      <w:pPr>
        <w:pStyle w:val="BodyText"/>
        <w:spacing w:after="60" w:line="240" w:lineRule="auto"/>
      </w:pPr>
      <w:r>
        <w:t>Contact details: For questions, changes, cancellations or product issues, please contact NIKA PET FOOD LTD at info@nikapetfood.com or 01323 360276.</w:t>
      </w:r>
    </w:p>
    <w:p w14:paraId="7F75CCC2" w14:textId="77777777" w:rsidR="009500F9" w:rsidRDefault="00000000">
      <w:pPr>
        <w:pStyle w:val="Heading2"/>
        <w:spacing w:before="0" w:after="60" w:line="240" w:lineRule="auto"/>
      </w:pPr>
      <w:r>
        <w:t>15. Subscriber acceptance</w:t>
      </w:r>
    </w:p>
    <w:p w14:paraId="653D296F" w14:textId="77777777" w:rsidR="009500F9" w:rsidRDefault="00000000">
      <w:pPr>
        <w:pStyle w:val="BodyText"/>
        <w:spacing w:after="60" w:line="240" w:lineRule="auto"/>
      </w:pPr>
      <w:r>
        <w:t>By signing below, the subscriber confirms that the details above are correct and that they have read, understood and agreed to this 3-Month Dog Food Subscription Agreement and Terms.</w:t>
      </w:r>
    </w:p>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5176"/>
        <w:gridCol w:w="5176"/>
      </w:tblGrid>
      <w:tr w:rsidR="009500F9" w14:paraId="45A990B2" w14:textId="77777777">
        <w:trPr>
          <w:jc w:val="center"/>
        </w:trPr>
        <w:tc>
          <w:tcPr>
            <w:tcW w:w="5184" w:type="dxa"/>
            <w:shd w:val="clear" w:color="auto" w:fill="EAF4F3"/>
          </w:tcPr>
          <w:p w14:paraId="766B6402" w14:textId="77777777" w:rsidR="009500F9" w:rsidRDefault="00000000">
            <w:r>
              <w:rPr>
                <w:b/>
              </w:rPr>
              <w:t>Subscriber name</w:t>
            </w:r>
          </w:p>
        </w:tc>
        <w:tc>
          <w:tcPr>
            <w:tcW w:w="5184" w:type="dxa"/>
          </w:tcPr>
          <w:p w14:paraId="10E89505" w14:textId="77777777" w:rsidR="009500F9" w:rsidRDefault="00000000">
            <w:r>
              <w:t>[complete]</w:t>
            </w:r>
          </w:p>
        </w:tc>
      </w:tr>
      <w:tr w:rsidR="009500F9" w14:paraId="4DD9AF55" w14:textId="77777777">
        <w:trPr>
          <w:jc w:val="center"/>
        </w:trPr>
        <w:tc>
          <w:tcPr>
            <w:tcW w:w="5184" w:type="dxa"/>
            <w:shd w:val="clear" w:color="auto" w:fill="EAF4F3"/>
          </w:tcPr>
          <w:p w14:paraId="1520D921" w14:textId="77777777" w:rsidR="009500F9" w:rsidRDefault="00000000">
            <w:r>
              <w:rPr>
                <w:b/>
              </w:rPr>
              <w:t>Subscriber signature</w:t>
            </w:r>
          </w:p>
        </w:tc>
        <w:tc>
          <w:tcPr>
            <w:tcW w:w="5184" w:type="dxa"/>
          </w:tcPr>
          <w:p w14:paraId="35C01242" w14:textId="77777777" w:rsidR="009500F9" w:rsidRDefault="00000000">
            <w:r>
              <w:t>[complete]</w:t>
            </w:r>
          </w:p>
          <w:p w14:paraId="41BA4CEB" w14:textId="77777777" w:rsidR="005A5892" w:rsidRDefault="005A5892"/>
          <w:p w14:paraId="7519FD51" w14:textId="77777777" w:rsidR="005A5892" w:rsidRDefault="005A5892"/>
          <w:p w14:paraId="28368003" w14:textId="77777777" w:rsidR="005A5892" w:rsidRDefault="005A5892"/>
        </w:tc>
      </w:tr>
      <w:tr w:rsidR="009500F9" w14:paraId="7CF26C27" w14:textId="77777777">
        <w:trPr>
          <w:jc w:val="center"/>
        </w:trPr>
        <w:tc>
          <w:tcPr>
            <w:tcW w:w="5184" w:type="dxa"/>
            <w:shd w:val="clear" w:color="auto" w:fill="EAF4F3"/>
          </w:tcPr>
          <w:p w14:paraId="33282B38" w14:textId="77777777" w:rsidR="009500F9" w:rsidRDefault="00000000">
            <w:r>
              <w:rPr>
                <w:b/>
              </w:rPr>
              <w:t>Date</w:t>
            </w:r>
          </w:p>
        </w:tc>
        <w:tc>
          <w:tcPr>
            <w:tcW w:w="5184" w:type="dxa"/>
          </w:tcPr>
          <w:p w14:paraId="270EC6EE" w14:textId="77777777" w:rsidR="009500F9" w:rsidRDefault="00000000">
            <w:r>
              <w:t>[complete]</w:t>
            </w:r>
          </w:p>
        </w:tc>
      </w:tr>
      <w:tr w:rsidR="009500F9" w14:paraId="733AEE8D" w14:textId="77777777">
        <w:trPr>
          <w:jc w:val="center"/>
        </w:trPr>
        <w:tc>
          <w:tcPr>
            <w:tcW w:w="5184" w:type="dxa"/>
            <w:shd w:val="clear" w:color="auto" w:fill="EAF4F3"/>
          </w:tcPr>
          <w:p w14:paraId="7B2C103F" w14:textId="77777777" w:rsidR="009500F9" w:rsidRDefault="00000000">
            <w:r>
              <w:rPr>
                <w:b/>
              </w:rPr>
              <w:t>Accepted for NIKA PET FOOD LTD by</w:t>
            </w:r>
          </w:p>
        </w:tc>
        <w:tc>
          <w:tcPr>
            <w:tcW w:w="5184" w:type="dxa"/>
          </w:tcPr>
          <w:p w14:paraId="6478394B" w14:textId="77777777" w:rsidR="009500F9" w:rsidRDefault="00000000">
            <w:r>
              <w:t>[complete]</w:t>
            </w:r>
          </w:p>
        </w:tc>
      </w:tr>
    </w:tbl>
    <w:p w14:paraId="36DE7E2D" w14:textId="77777777" w:rsidR="00A4262E" w:rsidRDefault="00A4262E"/>
    <w:sectPr w:rsidR="00A4262E" w:rsidSect="00034616">
      <w:footerReference w:type="default" r:id="rId8"/>
      <w:pgSz w:w="12240" w:h="15840"/>
      <w:pgMar w:top="792" w:right="936" w:bottom="792" w:left="93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7A296" w14:textId="77777777" w:rsidR="00A4262E" w:rsidRDefault="00A4262E">
      <w:pPr>
        <w:spacing w:after="0" w:line="240" w:lineRule="auto"/>
      </w:pPr>
      <w:r>
        <w:separator/>
      </w:r>
    </w:p>
  </w:endnote>
  <w:endnote w:type="continuationSeparator" w:id="0">
    <w:p w14:paraId="18B3E62E" w14:textId="77777777" w:rsidR="00A4262E" w:rsidRDefault="00A426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255B9" w14:textId="77777777" w:rsidR="009500F9" w:rsidRDefault="00000000">
    <w:pPr>
      <w:pStyle w:val="Footer"/>
      <w:jc w:val="center"/>
    </w:pPr>
    <w:r>
      <w:rPr>
        <w:color w:val="666666"/>
        <w:sz w:val="16"/>
      </w:rPr>
      <w:t>NIKA PET FOOD LTD | 3-Month Dog Food Subscription Agreement and Terms | Version 2.1 Draft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1D5798" w14:textId="77777777" w:rsidR="00A4262E" w:rsidRDefault="00A4262E">
      <w:pPr>
        <w:spacing w:after="0" w:line="240" w:lineRule="auto"/>
      </w:pPr>
      <w:r>
        <w:separator/>
      </w:r>
    </w:p>
  </w:footnote>
  <w:footnote w:type="continuationSeparator" w:id="0">
    <w:p w14:paraId="25700587" w14:textId="77777777" w:rsidR="00A4262E" w:rsidRDefault="00A426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21234041">
    <w:abstractNumId w:val="8"/>
  </w:num>
  <w:num w:numId="2" w16cid:durableId="1461877741">
    <w:abstractNumId w:val="6"/>
  </w:num>
  <w:num w:numId="3" w16cid:durableId="969676238">
    <w:abstractNumId w:val="5"/>
  </w:num>
  <w:num w:numId="4" w16cid:durableId="239481653">
    <w:abstractNumId w:val="4"/>
  </w:num>
  <w:num w:numId="5" w16cid:durableId="1858241">
    <w:abstractNumId w:val="7"/>
  </w:num>
  <w:num w:numId="6" w16cid:durableId="1874925164">
    <w:abstractNumId w:val="3"/>
  </w:num>
  <w:num w:numId="7" w16cid:durableId="1598513204">
    <w:abstractNumId w:val="2"/>
  </w:num>
  <w:num w:numId="8" w16cid:durableId="2120635789">
    <w:abstractNumId w:val="1"/>
  </w:num>
  <w:num w:numId="9" w16cid:durableId="12748290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4E47F6"/>
    <w:rsid w:val="005A5892"/>
    <w:rsid w:val="009500F9"/>
    <w:rsid w:val="00A4262E"/>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F8FF5F"/>
  <w14:defaultImageDpi w14:val="300"/>
  <w15:docId w15:val="{02C81ED6-1495-418C-A21A-1A7BC5085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1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103F3A"/>
      <w:sz w:val="3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103F3A"/>
      <w:sz w:val="2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1286</Words>
  <Characters>7333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8602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NIKA PET FOOD LTD 3-Month Dog Food Subscription Agreement and Terms</dc:title>
  <dc:subject>Dog food subscription agreement</dc:subject>
  <dc:creator>OpenAI</dc:creator>
  <cp:keywords>Nika Pet Food, subscription, agreement, terms</cp:keywords>
  <dc:description>generated by python-docx</dc:description>
  <cp:lastModifiedBy>LN</cp:lastModifiedBy>
  <cp:revision>2</cp:revision>
  <dcterms:created xsi:type="dcterms:W3CDTF">2026-05-13T14:22:00Z</dcterms:created>
  <dcterms:modified xsi:type="dcterms:W3CDTF">2026-05-13T14:22:00Z</dcterms:modified>
  <cp:category/>
</cp:coreProperties>
</file>